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E5E44" w14:textId="77777777" w:rsidR="00987E69" w:rsidRDefault="00000000">
      <w:pPr>
        <w:spacing w:before="200" w:after="300"/>
        <w:jc w:val="center"/>
      </w:pPr>
      <w:r>
        <w:rPr>
          <w:rFonts w:ascii="Calibri" w:hAnsi="Calibri"/>
          <w:b/>
          <w:color w:val="1F4E79"/>
          <w:sz w:val="24"/>
        </w:rPr>
        <w:t>ALLEGATO 1.1 — MODELLO DI DOMANDA DI PARTECIPAZIONE</w:t>
      </w:r>
      <w:r>
        <w:rPr>
          <w:rFonts w:ascii="Calibri" w:hAnsi="Calibri"/>
          <w:b/>
          <w:color w:val="1F4E79"/>
          <w:sz w:val="24"/>
        </w:rPr>
        <w:br/>
        <w:t>E DICHIARAZIONE SOSTITUTIVA</w:t>
      </w:r>
      <w:r>
        <w:rPr>
          <w:rFonts w:ascii="Calibri" w:hAnsi="Calibri"/>
          <w:b/>
          <w:color w:val="1F4E79"/>
          <w:sz w:val="24"/>
        </w:rPr>
        <w:br/>
      </w:r>
      <w:r>
        <w:rPr>
          <w:rFonts w:ascii="Calibri" w:hAnsi="Calibri"/>
          <w:b/>
          <w:color w:val="1F4E79"/>
          <w:sz w:val="20"/>
        </w:rPr>
        <w:t>(Asta Pubblica per l'alienazione del LOTTO 1)</w:t>
      </w:r>
    </w:p>
    <w:p w14:paraId="24033796" w14:textId="77777777" w:rsidR="00987E69" w:rsidRDefault="00000000" w:rsidP="00214ED5">
      <w:pPr>
        <w:spacing w:after="300"/>
        <w:jc w:val="right"/>
      </w:pPr>
      <w:r>
        <w:rPr>
          <w:rFonts w:ascii="Calibri" w:hAnsi="Calibri"/>
          <w:b/>
          <w:sz w:val="20"/>
        </w:rPr>
        <w:t>Spett.le</w:t>
      </w:r>
      <w:r>
        <w:rPr>
          <w:rFonts w:ascii="Calibri" w:hAnsi="Calibri"/>
          <w:b/>
          <w:sz w:val="20"/>
        </w:rPr>
        <w:br/>
      </w:r>
      <w:r>
        <w:rPr>
          <w:rFonts w:ascii="Calibri" w:hAnsi="Calibri"/>
          <w:sz w:val="20"/>
        </w:rPr>
        <w:t>COMUNE DI FERENTINO</w:t>
      </w:r>
      <w:r>
        <w:rPr>
          <w:rFonts w:ascii="Calibri" w:hAnsi="Calibri"/>
          <w:sz w:val="20"/>
        </w:rPr>
        <w:br/>
        <w:t>Area Economico-Finanziaria / Ufficio Patrimonio</w:t>
      </w:r>
      <w:r>
        <w:rPr>
          <w:rFonts w:ascii="Calibri" w:hAnsi="Calibri"/>
          <w:sz w:val="20"/>
        </w:rPr>
        <w:br/>
        <w:t>Piazza Matteotti, 17 — 03013 Ferentino (FR)</w:t>
      </w:r>
      <w:r>
        <w:rPr>
          <w:rFonts w:ascii="Calibri" w:hAnsi="Calibri"/>
          <w:sz w:val="20"/>
        </w:rPr>
        <w:br/>
        <w:t>PEC: protocollo.ferentino@pec-cap.it</w:t>
      </w:r>
      <w:r>
        <w:rPr>
          <w:rFonts w:ascii="Calibri" w:hAnsi="Calibri"/>
          <w:sz w:val="20"/>
        </w:rPr>
        <w:br/>
      </w:r>
    </w:p>
    <w:p w14:paraId="2A784A03" w14:textId="77777777" w:rsidR="00987E69" w:rsidRDefault="00000000">
      <w:pPr>
        <w:spacing w:after="300"/>
      </w:pPr>
      <w:r>
        <w:rPr>
          <w:rFonts w:ascii="Calibri" w:hAnsi="Calibri"/>
          <w:b/>
          <w:sz w:val="20"/>
        </w:rPr>
        <w:t>OGGETTO: Istanza di partecipazione all'Asta Pubblica per l'alienazione del bene immobile di proprietà comunale denominato LOTTO 1 (Terreno in Località "Cuppi" / Via Bagnatore).</w:t>
      </w:r>
    </w:p>
    <w:p w14:paraId="63BC2ABB" w14:textId="77777777" w:rsidR="00987E69" w:rsidRDefault="00000000">
      <w:pPr>
        <w:spacing w:after="160"/>
      </w:pPr>
      <w:r>
        <w:rPr>
          <w:rFonts w:ascii="Calibri" w:hAnsi="Calibri"/>
          <w:b/>
        </w:rPr>
        <w:t>Il/La sottoscritto/a:</w:t>
      </w:r>
    </w:p>
    <w:p w14:paraId="44C03960" w14:textId="77777777" w:rsidR="00987E69" w:rsidRDefault="00000000">
      <w:pPr>
        <w:spacing w:after="80"/>
        <w:ind w:left="288"/>
      </w:pPr>
      <w:r>
        <w:rPr>
          <w:rFonts w:ascii="Calibri" w:hAnsi="Calibri"/>
          <w:sz w:val="21"/>
        </w:rPr>
        <w:t>Cognome e Nome: ____________________________________________________________________</w:t>
      </w:r>
    </w:p>
    <w:p w14:paraId="1D65F1DE" w14:textId="77777777" w:rsidR="00987E69" w:rsidRDefault="00000000">
      <w:pPr>
        <w:spacing w:after="80"/>
        <w:ind w:left="288"/>
      </w:pPr>
      <w:r>
        <w:rPr>
          <w:rFonts w:ascii="Calibri" w:hAnsi="Calibri"/>
          <w:sz w:val="21"/>
        </w:rPr>
        <w:t>Nato/a a: __________________________________ (Prov. _____) il: ____/____/________</w:t>
      </w:r>
    </w:p>
    <w:p w14:paraId="6AFC8AE4" w14:textId="77777777" w:rsidR="00987E69" w:rsidRDefault="00000000">
      <w:pPr>
        <w:spacing w:after="80"/>
        <w:ind w:left="288"/>
      </w:pPr>
      <w:r>
        <w:rPr>
          <w:rFonts w:ascii="Calibri" w:hAnsi="Calibri"/>
          <w:sz w:val="21"/>
        </w:rPr>
        <w:t>Codice Fiscale: ____________________________________________________________________</w:t>
      </w:r>
    </w:p>
    <w:p w14:paraId="75694456" w14:textId="77777777" w:rsidR="00987E69" w:rsidRDefault="00000000">
      <w:pPr>
        <w:spacing w:after="80"/>
        <w:ind w:left="288"/>
      </w:pPr>
      <w:r>
        <w:rPr>
          <w:rFonts w:ascii="Calibri" w:hAnsi="Calibri"/>
          <w:sz w:val="21"/>
        </w:rPr>
        <w:t>Residente a: ______________________________ (Prov. _____) CAP: ______________________</w:t>
      </w:r>
    </w:p>
    <w:p w14:paraId="626F8CA7" w14:textId="77777777" w:rsidR="00987E69" w:rsidRDefault="00000000">
      <w:pPr>
        <w:spacing w:after="80"/>
        <w:ind w:left="288"/>
      </w:pPr>
      <w:r>
        <w:rPr>
          <w:rFonts w:ascii="Calibri" w:hAnsi="Calibri"/>
          <w:sz w:val="21"/>
        </w:rPr>
        <w:t>Via/Piazza: ________________________________________________________ n. ____________</w:t>
      </w:r>
    </w:p>
    <w:p w14:paraId="6C73D4C8" w14:textId="77777777" w:rsidR="00987E69" w:rsidRDefault="00000000">
      <w:pPr>
        <w:spacing w:after="80"/>
        <w:ind w:left="288"/>
      </w:pPr>
      <w:r>
        <w:rPr>
          <w:rFonts w:ascii="Calibri" w:hAnsi="Calibri"/>
          <w:sz w:val="21"/>
        </w:rPr>
        <w:t>Tel: ________________________ E-mail / PEC: ________________________________________</w:t>
      </w:r>
    </w:p>
    <w:p w14:paraId="32B6EEFF" w14:textId="77777777" w:rsidR="00987E69" w:rsidRDefault="00000000">
      <w:pPr>
        <w:spacing w:before="160" w:after="120"/>
      </w:pPr>
      <w:r>
        <w:rPr>
          <w:rFonts w:ascii="Calibri" w:hAnsi="Calibri"/>
          <w:b/>
        </w:rPr>
        <w:t>in qualità di (barrare la casella d'interesse):</w:t>
      </w:r>
    </w:p>
    <w:p w14:paraId="2EFB8D85" w14:textId="77777777" w:rsidR="00987E69" w:rsidRDefault="00000000">
      <w:pPr>
        <w:spacing w:after="80"/>
        <w:ind w:left="288"/>
      </w:pPr>
      <w:r>
        <w:rPr>
          <w:rFonts w:ascii="Calibri" w:hAnsi="Calibri"/>
          <w:sz w:val="20"/>
        </w:rPr>
        <w:t>[  ] Persona fisica che agisce in proprio nome e conto;</w:t>
      </w:r>
    </w:p>
    <w:p w14:paraId="0370FBD7" w14:textId="77777777" w:rsidR="00987E69" w:rsidRDefault="00000000">
      <w:pPr>
        <w:spacing w:after="80"/>
        <w:ind w:left="288"/>
      </w:pPr>
      <w:r>
        <w:rPr>
          <w:rFonts w:ascii="Calibri" w:hAnsi="Calibri"/>
          <w:sz w:val="20"/>
        </w:rPr>
        <w:t>[  ] Legale Rappresentante della Società / Ente sotto indicato:</w:t>
      </w:r>
    </w:p>
    <w:p w14:paraId="207A1663" w14:textId="77777777" w:rsidR="00987E69" w:rsidRDefault="00000000">
      <w:pPr>
        <w:spacing w:after="80"/>
        <w:ind w:left="576"/>
      </w:pPr>
      <w:r>
        <w:rPr>
          <w:rFonts w:ascii="Calibri" w:hAnsi="Calibri"/>
          <w:sz w:val="20"/>
        </w:rPr>
        <w:t>Denominazione / Ragione Sociale: ____________________________________________________</w:t>
      </w:r>
    </w:p>
    <w:p w14:paraId="06B99F0C" w14:textId="77777777" w:rsidR="00987E69" w:rsidRDefault="00000000">
      <w:pPr>
        <w:spacing w:after="80"/>
        <w:ind w:left="576"/>
      </w:pPr>
      <w:r>
        <w:rPr>
          <w:rFonts w:ascii="Calibri" w:hAnsi="Calibri"/>
          <w:sz w:val="20"/>
        </w:rPr>
        <w:t>Sede Legale in: ___________________________ (Prov. _____) CAP: ______________________</w:t>
      </w:r>
    </w:p>
    <w:p w14:paraId="1A1742FD" w14:textId="77777777" w:rsidR="00987E69" w:rsidRDefault="00000000">
      <w:pPr>
        <w:spacing w:after="80"/>
        <w:ind w:left="576"/>
      </w:pPr>
      <w:r>
        <w:rPr>
          <w:rFonts w:ascii="Calibri" w:hAnsi="Calibri"/>
          <w:sz w:val="20"/>
        </w:rPr>
        <w:t>Codice Fiscale / P.IVA: ____________________________________________________________</w:t>
      </w:r>
    </w:p>
    <w:p w14:paraId="09719D29" w14:textId="77777777" w:rsidR="00987E69" w:rsidRDefault="00000000">
      <w:pPr>
        <w:spacing w:after="80"/>
        <w:ind w:left="576"/>
      </w:pPr>
      <w:r>
        <w:rPr>
          <w:rFonts w:ascii="Calibri" w:hAnsi="Calibri"/>
          <w:sz w:val="20"/>
        </w:rPr>
        <w:t>Iscritta alla CCIAA di: ____________________________________ n. REA: _______________</w:t>
      </w:r>
    </w:p>
    <w:p w14:paraId="66A6D8AD" w14:textId="77777777" w:rsidR="00987E69" w:rsidRDefault="00000000">
      <w:pPr>
        <w:spacing w:before="200" w:after="80"/>
        <w:jc w:val="center"/>
      </w:pPr>
      <w:r>
        <w:rPr>
          <w:rFonts w:ascii="Calibri" w:hAnsi="Calibri"/>
          <w:b/>
        </w:rPr>
        <w:t>CHIEDE</w:t>
      </w:r>
    </w:p>
    <w:p w14:paraId="28CE4C5C" w14:textId="77777777" w:rsidR="00214ED5" w:rsidRDefault="00000000">
      <w:pPr>
        <w:jc w:val="both"/>
        <w:rPr>
          <w:rFonts w:ascii="Calibri" w:hAnsi="Calibri"/>
          <w:sz w:val="21"/>
        </w:rPr>
      </w:pPr>
      <w:r>
        <w:rPr>
          <w:rFonts w:ascii="Calibri" w:hAnsi="Calibri"/>
          <w:sz w:val="21"/>
        </w:rPr>
        <w:t xml:space="preserve">di essere ammesso/a a partecipare all'Asta Pubblica indetta dal Comune di Ferentino per l'alienazione del bene immobile di proprietà comunale identificato come LOTTO 1 (Terreno in Località "Cuppi" / Via Bagnatore), </w:t>
      </w:r>
      <w:proofErr w:type="spellStart"/>
      <w:r>
        <w:rPr>
          <w:rFonts w:ascii="Calibri" w:hAnsi="Calibri"/>
          <w:sz w:val="21"/>
        </w:rPr>
        <w:t>catastalmente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individuato</w:t>
      </w:r>
      <w:proofErr w:type="spellEnd"/>
      <w:r>
        <w:rPr>
          <w:rFonts w:ascii="Calibri" w:hAnsi="Calibri"/>
          <w:sz w:val="21"/>
        </w:rPr>
        <w:t xml:space="preserve"> come segue:</w:t>
      </w:r>
    </w:p>
    <w:p w14:paraId="29D35A30" w14:textId="0D543A35" w:rsidR="00987E69" w:rsidRDefault="00000000">
      <w:pPr>
        <w:jc w:val="both"/>
      </w:pPr>
      <w:r>
        <w:rPr>
          <w:rFonts w:ascii="Calibri" w:hAnsi="Calibri"/>
          <w:sz w:val="21"/>
        </w:rPr>
        <w:t>• Catasto Terreni del Comune di Ferentino al Foglio 72, Particella 294 (seminativo irriguo, classe 2, consistenza mq 15.584,00, RD € 205,24, RA € 116,70).</w:t>
      </w:r>
    </w:p>
    <w:p w14:paraId="6C468121" w14:textId="77777777" w:rsidR="00214ED5" w:rsidRDefault="00214ED5">
      <w:pPr>
        <w:spacing w:before="160" w:after="80"/>
        <w:jc w:val="center"/>
        <w:rPr>
          <w:rFonts w:ascii="Calibri" w:hAnsi="Calibri"/>
          <w:b/>
        </w:rPr>
      </w:pPr>
    </w:p>
    <w:p w14:paraId="66F2C104" w14:textId="77777777" w:rsidR="00214ED5" w:rsidRDefault="00214ED5">
      <w:pPr>
        <w:spacing w:before="160" w:after="80"/>
        <w:jc w:val="center"/>
        <w:rPr>
          <w:rFonts w:ascii="Calibri" w:hAnsi="Calibri"/>
          <w:b/>
        </w:rPr>
      </w:pPr>
    </w:p>
    <w:p w14:paraId="2C37A826" w14:textId="67D4BA0F" w:rsidR="00987E69" w:rsidRDefault="00000000">
      <w:pPr>
        <w:spacing w:before="160" w:after="80"/>
        <w:jc w:val="center"/>
      </w:pPr>
      <w:r>
        <w:rPr>
          <w:rFonts w:ascii="Calibri" w:hAnsi="Calibri"/>
          <w:b/>
        </w:rPr>
        <w:lastRenderedPageBreak/>
        <w:t>DICHIARA</w:t>
      </w:r>
    </w:p>
    <w:p w14:paraId="3C4E184E" w14:textId="77777777" w:rsidR="00214ED5" w:rsidRDefault="00000000">
      <w:pPr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A tal fine, consapevole delle sanzioni penali previste dall'art. 76 del D.P.R. 28 dicembre 2000, n. 445 per le ipotesi di falsità in atti e dichiarazioni mendaci, ai sensi degli artt. 46 e 47 del </w:t>
      </w:r>
      <w:proofErr w:type="spellStart"/>
      <w:r>
        <w:rPr>
          <w:rFonts w:ascii="Calibri" w:hAnsi="Calibri"/>
          <w:sz w:val="20"/>
        </w:rPr>
        <w:t>medesimo</w:t>
      </w:r>
      <w:proofErr w:type="spellEnd"/>
      <w:r>
        <w:rPr>
          <w:rFonts w:ascii="Calibri" w:hAnsi="Calibri"/>
          <w:sz w:val="20"/>
        </w:rPr>
        <w:t xml:space="preserve"> D.P.R.:</w:t>
      </w:r>
    </w:p>
    <w:p w14:paraId="0090E961" w14:textId="7DFFD886" w:rsidR="00214ED5" w:rsidRDefault="00000000" w:rsidP="00214ED5">
      <w:pPr>
        <w:ind w:left="567" w:hanging="283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1. Di aver preso visione e di accettare incondizionatamente e integralmente tutte le norme, condizioni, prescrizioni e clausole contenute nel Bando di Asta Pubblica e </w:t>
      </w:r>
      <w:proofErr w:type="spellStart"/>
      <w:r>
        <w:rPr>
          <w:rFonts w:ascii="Calibri" w:hAnsi="Calibri"/>
          <w:sz w:val="20"/>
        </w:rPr>
        <w:t>nei</w:t>
      </w:r>
      <w:proofErr w:type="spellEnd"/>
      <w:r>
        <w:rPr>
          <w:rFonts w:ascii="Calibri" w:hAnsi="Calibri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relativi</w:t>
      </w:r>
      <w:proofErr w:type="spellEnd"/>
      <w:r>
        <w:rPr>
          <w:rFonts w:ascii="Calibri" w:hAnsi="Calibri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allegati</w:t>
      </w:r>
      <w:proofErr w:type="spellEnd"/>
      <w:r>
        <w:rPr>
          <w:rFonts w:ascii="Calibri" w:hAnsi="Calibri"/>
          <w:sz w:val="20"/>
        </w:rPr>
        <w:t>;</w:t>
      </w:r>
    </w:p>
    <w:p w14:paraId="40993F7F" w14:textId="3A6283B8" w:rsidR="00214ED5" w:rsidRDefault="00000000" w:rsidP="00214ED5">
      <w:pPr>
        <w:ind w:left="567" w:hanging="283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2. Di aver preso visione dell'immobile oggetto di gara, di conoscerne lo stato di fatto e di diritto, le consistenze, la destinazione urbanistica, la situazione catastale e le relative condizioni manutentive e ambientali, rinunciando espressamente a qualsiasi futura contestazione, pretesa o richiesta di </w:t>
      </w:r>
      <w:proofErr w:type="spellStart"/>
      <w:r>
        <w:rPr>
          <w:rFonts w:ascii="Calibri" w:hAnsi="Calibri"/>
          <w:sz w:val="20"/>
        </w:rPr>
        <w:t>riduzione</w:t>
      </w:r>
      <w:proofErr w:type="spellEnd"/>
      <w:r>
        <w:rPr>
          <w:rFonts w:ascii="Calibri" w:hAnsi="Calibri"/>
          <w:sz w:val="20"/>
        </w:rPr>
        <w:t xml:space="preserve"> del </w:t>
      </w:r>
      <w:proofErr w:type="spellStart"/>
      <w:r>
        <w:rPr>
          <w:rFonts w:ascii="Calibri" w:hAnsi="Calibri"/>
          <w:sz w:val="20"/>
        </w:rPr>
        <w:t>prezzo</w:t>
      </w:r>
      <w:proofErr w:type="spellEnd"/>
      <w:r>
        <w:rPr>
          <w:rFonts w:ascii="Calibri" w:hAnsi="Calibri"/>
          <w:sz w:val="20"/>
        </w:rPr>
        <w:t>;</w:t>
      </w:r>
    </w:p>
    <w:p w14:paraId="0AFA5F6A" w14:textId="7063F5D2" w:rsidR="00214ED5" w:rsidRDefault="00000000" w:rsidP="00214ED5">
      <w:pPr>
        <w:ind w:left="567" w:hanging="283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3. Di essere in possesso della piena capacità di agire e di contrarre con la Pubblica Amministrazione e che nei propri confronti (e dell'eventuale società rappresentata) non sussistono cause di divieto, decadenza o sospensione previste dall'art. 67 del D.Lgs. 159/2011 (</w:t>
      </w:r>
      <w:proofErr w:type="spellStart"/>
      <w:r>
        <w:rPr>
          <w:rFonts w:ascii="Calibri" w:hAnsi="Calibri"/>
          <w:sz w:val="20"/>
        </w:rPr>
        <w:t>Codice</w:t>
      </w:r>
      <w:proofErr w:type="spellEnd"/>
      <w:r>
        <w:rPr>
          <w:rFonts w:ascii="Calibri" w:hAnsi="Calibri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Antimafia</w:t>
      </w:r>
      <w:proofErr w:type="spellEnd"/>
      <w:r>
        <w:rPr>
          <w:rFonts w:ascii="Calibri" w:hAnsi="Calibri"/>
          <w:sz w:val="20"/>
        </w:rPr>
        <w:t>);</w:t>
      </w:r>
    </w:p>
    <w:p w14:paraId="0A5ECDBD" w14:textId="45DA5A2C" w:rsidR="00214ED5" w:rsidRDefault="00000000" w:rsidP="00214ED5">
      <w:pPr>
        <w:ind w:left="567" w:hanging="283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4. Di non trovarsi in stato di fallimento, liquidazione coatta, concordato preventivo o in qualsiasi altra situazione equivalente, e che non è in corso alcuna </w:t>
      </w:r>
      <w:proofErr w:type="spellStart"/>
      <w:r>
        <w:rPr>
          <w:rFonts w:ascii="Calibri" w:hAnsi="Calibri"/>
          <w:sz w:val="20"/>
        </w:rPr>
        <w:t>procedura</w:t>
      </w:r>
      <w:proofErr w:type="spellEnd"/>
      <w:r>
        <w:rPr>
          <w:rFonts w:ascii="Calibri" w:hAnsi="Calibri"/>
          <w:sz w:val="20"/>
        </w:rPr>
        <w:t xml:space="preserve"> di </w:t>
      </w:r>
      <w:proofErr w:type="spellStart"/>
      <w:r>
        <w:rPr>
          <w:rFonts w:ascii="Calibri" w:hAnsi="Calibri"/>
          <w:sz w:val="20"/>
        </w:rPr>
        <w:t>tal</w:t>
      </w:r>
      <w:proofErr w:type="spellEnd"/>
      <w:r>
        <w:rPr>
          <w:rFonts w:ascii="Calibri" w:hAnsi="Calibri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genere</w:t>
      </w:r>
      <w:proofErr w:type="spellEnd"/>
      <w:r>
        <w:rPr>
          <w:rFonts w:ascii="Calibri" w:hAnsi="Calibri"/>
          <w:sz w:val="20"/>
        </w:rPr>
        <w:t>;</w:t>
      </w:r>
    </w:p>
    <w:p w14:paraId="270C57B6" w14:textId="64C21E94" w:rsidR="00214ED5" w:rsidRDefault="00000000" w:rsidP="00214ED5">
      <w:pPr>
        <w:ind w:left="567" w:hanging="283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5. Di essere in regola con il pagamento dei tributi, delle sanzioni e dei canoni spettanti al Comune di Ferentino, e di non avere debiti pendenti liquidi ed </w:t>
      </w:r>
      <w:proofErr w:type="spellStart"/>
      <w:r>
        <w:rPr>
          <w:rFonts w:ascii="Calibri" w:hAnsi="Calibri"/>
          <w:sz w:val="20"/>
        </w:rPr>
        <w:t>esigibili</w:t>
      </w:r>
      <w:proofErr w:type="spellEnd"/>
      <w:r>
        <w:rPr>
          <w:rFonts w:ascii="Calibri" w:hAnsi="Calibri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nei</w:t>
      </w:r>
      <w:proofErr w:type="spellEnd"/>
      <w:r>
        <w:rPr>
          <w:rFonts w:ascii="Calibri" w:hAnsi="Calibri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confronti</w:t>
      </w:r>
      <w:proofErr w:type="spellEnd"/>
      <w:r>
        <w:rPr>
          <w:rFonts w:ascii="Calibri" w:hAnsi="Calibri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dell'Ente</w:t>
      </w:r>
      <w:proofErr w:type="spellEnd"/>
      <w:r>
        <w:rPr>
          <w:rFonts w:ascii="Calibri" w:hAnsi="Calibri"/>
          <w:sz w:val="20"/>
        </w:rPr>
        <w:t>;</w:t>
      </w:r>
    </w:p>
    <w:p w14:paraId="1B4A1AAE" w14:textId="061BF061" w:rsidR="00214ED5" w:rsidRDefault="00000000" w:rsidP="00214ED5">
      <w:pPr>
        <w:ind w:left="567" w:hanging="283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6. Di aver versato il deposito cauzionale provvisorio pari al 10% della base d'asta del lotto di riferimento</w:t>
      </w:r>
      <w:r w:rsidRPr="00214ED5">
        <w:rPr>
          <w:rFonts w:ascii="Calibri" w:hAnsi="Calibri"/>
          <w:sz w:val="20"/>
        </w:rPr>
        <w:t xml:space="preserve">, come da attestazione </w:t>
      </w:r>
      <w:proofErr w:type="spellStart"/>
      <w:r w:rsidRPr="00214ED5">
        <w:rPr>
          <w:rFonts w:ascii="Calibri" w:hAnsi="Calibri"/>
          <w:sz w:val="20"/>
        </w:rPr>
        <w:t>allegata</w:t>
      </w:r>
      <w:proofErr w:type="spellEnd"/>
      <w:r w:rsidRPr="00214ED5">
        <w:rPr>
          <w:rFonts w:ascii="Calibri" w:hAnsi="Calibri"/>
          <w:sz w:val="20"/>
        </w:rPr>
        <w:t xml:space="preserve"> alla </w:t>
      </w:r>
      <w:proofErr w:type="spellStart"/>
      <w:r w:rsidRPr="00214ED5">
        <w:rPr>
          <w:rFonts w:ascii="Calibri" w:hAnsi="Calibri"/>
          <w:sz w:val="20"/>
        </w:rPr>
        <w:t>presente</w:t>
      </w:r>
      <w:proofErr w:type="spellEnd"/>
      <w:r w:rsidRPr="00214ED5">
        <w:rPr>
          <w:rFonts w:ascii="Calibri" w:hAnsi="Calibri"/>
          <w:sz w:val="20"/>
        </w:rPr>
        <w:t xml:space="preserve"> </w:t>
      </w:r>
      <w:proofErr w:type="spellStart"/>
      <w:r w:rsidRPr="00214ED5">
        <w:rPr>
          <w:rFonts w:ascii="Calibri" w:hAnsi="Calibri"/>
          <w:sz w:val="20"/>
        </w:rPr>
        <w:t>istanza</w:t>
      </w:r>
      <w:proofErr w:type="spellEnd"/>
      <w:r w:rsidRPr="00214ED5">
        <w:rPr>
          <w:rFonts w:ascii="Calibri" w:hAnsi="Calibri"/>
          <w:sz w:val="20"/>
        </w:rPr>
        <w:t>;</w:t>
      </w:r>
    </w:p>
    <w:p w14:paraId="6E3A82EF" w14:textId="78E18031" w:rsidR="00987E69" w:rsidRDefault="00000000" w:rsidP="00214ED5">
      <w:pPr>
        <w:ind w:left="567" w:hanging="283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7. Di autorizzare il Comune di Ferentino al trattamento dei dati personali ai sensi del Regolamento UE 2016/679 (GDPR) per i soli fini legati </w:t>
      </w:r>
      <w:proofErr w:type="spellStart"/>
      <w:r>
        <w:rPr>
          <w:rFonts w:ascii="Calibri" w:hAnsi="Calibri"/>
          <w:sz w:val="20"/>
        </w:rPr>
        <w:t>all'espletamento</w:t>
      </w:r>
      <w:proofErr w:type="spellEnd"/>
      <w:r>
        <w:rPr>
          <w:rFonts w:ascii="Calibri" w:hAnsi="Calibri"/>
          <w:sz w:val="20"/>
        </w:rPr>
        <w:t xml:space="preserve"> della </w:t>
      </w:r>
      <w:proofErr w:type="spellStart"/>
      <w:r>
        <w:rPr>
          <w:rFonts w:ascii="Calibri" w:hAnsi="Calibri"/>
          <w:sz w:val="20"/>
        </w:rPr>
        <w:t>procedura</w:t>
      </w:r>
      <w:proofErr w:type="spellEnd"/>
      <w:r>
        <w:rPr>
          <w:rFonts w:ascii="Calibri" w:hAnsi="Calibri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d'asta</w:t>
      </w:r>
      <w:proofErr w:type="spellEnd"/>
      <w:r>
        <w:rPr>
          <w:rFonts w:ascii="Calibri" w:hAnsi="Calibri"/>
          <w:sz w:val="20"/>
        </w:rPr>
        <w:t>.</w:t>
      </w:r>
    </w:p>
    <w:p w14:paraId="41F04A63" w14:textId="77777777" w:rsidR="00214ED5" w:rsidRDefault="00214ED5">
      <w:pPr>
        <w:jc w:val="both"/>
      </w:pPr>
    </w:p>
    <w:p w14:paraId="55BDEF74" w14:textId="77777777" w:rsidR="00987E69" w:rsidRDefault="00000000">
      <w:pPr>
        <w:spacing w:before="160" w:after="80"/>
      </w:pPr>
      <w:r>
        <w:rPr>
          <w:rFonts w:ascii="Calibri" w:hAnsi="Calibri"/>
          <w:b/>
          <w:sz w:val="20"/>
        </w:rPr>
        <w:t>Si allegano alla presente domanda:</w:t>
      </w:r>
    </w:p>
    <w:p w14:paraId="72980CE1" w14:textId="77777777" w:rsidR="00987E69" w:rsidRDefault="00000000">
      <w:pPr>
        <w:spacing w:after="500"/>
      </w:pPr>
      <w:r>
        <w:rPr>
          <w:rFonts w:ascii="Calibri" w:hAnsi="Calibri"/>
          <w:sz w:val="20"/>
        </w:rPr>
        <w:t>• Copia fotostatica del documento d'identità del sottoscrittore in corso di validità;</w:t>
      </w:r>
      <w:r>
        <w:rPr>
          <w:rFonts w:ascii="Calibri" w:hAnsi="Calibri"/>
          <w:sz w:val="20"/>
        </w:rPr>
        <w:br/>
        <w:t>• Ricevuta/attestazione del versamento del deposito cauzionale provvisorio del 10%;</w:t>
      </w:r>
      <w:r>
        <w:rPr>
          <w:rFonts w:ascii="Calibri" w:hAnsi="Calibri"/>
          <w:sz w:val="20"/>
        </w:rPr>
        <w:br/>
        <w:t>• BUSTA B / DOCUMENTO B - Offerta Economica (da presentarsi su modello dedicato, inserito in busta chiusa e sigillata).</w:t>
      </w:r>
    </w:p>
    <w:p w14:paraId="4E33087A" w14:textId="31E3D1F5" w:rsidR="00987E69" w:rsidRDefault="00000000">
      <w:proofErr w:type="spellStart"/>
      <w:r>
        <w:rPr>
          <w:rFonts w:ascii="Calibri" w:hAnsi="Calibri"/>
          <w:sz w:val="21"/>
        </w:rPr>
        <w:t>Luogo</w:t>
      </w:r>
      <w:proofErr w:type="spellEnd"/>
      <w:r>
        <w:rPr>
          <w:rFonts w:ascii="Calibri" w:hAnsi="Calibri"/>
          <w:sz w:val="21"/>
        </w:rPr>
        <w:t xml:space="preserve"> e Data: _________________________</w:t>
      </w:r>
      <w:r>
        <w:rPr>
          <w:rFonts w:ascii="Calibri" w:hAnsi="Calibri"/>
          <w:sz w:val="21"/>
        </w:rPr>
        <w:tab/>
      </w:r>
      <w:proofErr w:type="spellStart"/>
      <w:r>
        <w:rPr>
          <w:rFonts w:ascii="Calibri" w:hAnsi="Calibri"/>
          <w:sz w:val="21"/>
        </w:rPr>
        <w:t>Firma</w:t>
      </w:r>
      <w:proofErr w:type="spellEnd"/>
      <w:r>
        <w:rPr>
          <w:rFonts w:ascii="Calibri" w:hAnsi="Calibri"/>
          <w:sz w:val="21"/>
        </w:rPr>
        <w:t xml:space="preserve"> del </w:t>
      </w:r>
      <w:proofErr w:type="spellStart"/>
      <w:r>
        <w:rPr>
          <w:rFonts w:ascii="Calibri" w:hAnsi="Calibri"/>
          <w:sz w:val="21"/>
        </w:rPr>
        <w:t>Richiedente</w:t>
      </w:r>
      <w:proofErr w:type="spellEnd"/>
      <w:r>
        <w:rPr>
          <w:rFonts w:ascii="Calibri" w:hAnsi="Calibri"/>
          <w:sz w:val="21"/>
        </w:rPr>
        <w:t>:_________________________</w:t>
      </w:r>
    </w:p>
    <w:sectPr w:rsidR="00987E69" w:rsidSect="00034616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F6F648" w14:textId="77777777" w:rsidR="006604FA" w:rsidRDefault="006604FA">
      <w:pPr>
        <w:spacing w:after="0" w:line="240" w:lineRule="auto"/>
      </w:pPr>
      <w:r>
        <w:separator/>
      </w:r>
    </w:p>
  </w:endnote>
  <w:endnote w:type="continuationSeparator" w:id="0">
    <w:p w14:paraId="0C89B2F7" w14:textId="77777777" w:rsidR="006604FA" w:rsidRDefault="006604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altName w:val="Courier New"/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EA3A5" w14:textId="77777777" w:rsidR="00987E69" w:rsidRDefault="00000000">
    <w:pPr>
      <w:pStyle w:val="Pidipagina"/>
      <w:jc w:val="center"/>
    </w:pPr>
    <w:proofErr w:type="spellStart"/>
    <w:r>
      <w:rPr>
        <w:rFonts w:ascii="Calibri" w:hAnsi="Calibri"/>
        <w:color w:val="808080"/>
        <w:sz w:val="18"/>
      </w:rPr>
      <w:t>Pagina</w:t>
    </w:r>
    <w:proofErr w:type="spellEnd"/>
    <w:r>
      <w:rPr>
        <w:rFonts w:ascii="Calibri" w:hAnsi="Calibri"/>
        <w:color w:val="808080"/>
        <w:sz w:val="18"/>
      </w:rPr>
      <w:t xml:space="preserve"> </w:t>
    </w:r>
    <w:r>
      <w:fldChar w:fldCharType="begin"/>
    </w:r>
    <w:r>
      <w:instrText>PAGE</w:instrText>
    </w:r>
    <w:r>
      <w:fldChar w:fldCharType="separate"/>
    </w:r>
    <w:r w:rsidR="00214ED5">
      <w:rPr>
        <w:noProof/>
      </w:rPr>
      <w:t>1</w:t>
    </w:r>
    <w:r>
      <w:fldChar w:fldCharType="end"/>
    </w:r>
    <w:r>
      <w:rPr>
        <w:rFonts w:ascii="Calibri" w:hAnsi="Calibri"/>
        <w:color w:val="808080"/>
        <w:sz w:val="18"/>
      </w:rPr>
      <w:t xml:space="preserve"> di </w:t>
    </w:r>
    <w:r>
      <w:fldChar w:fldCharType="begin"/>
    </w:r>
    <w:r>
      <w:instrText>NUMPAGES</w:instrText>
    </w:r>
    <w:r>
      <w:fldChar w:fldCharType="separate"/>
    </w:r>
    <w:r w:rsidR="00214ED5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9221E1" w14:textId="77777777" w:rsidR="006604FA" w:rsidRDefault="006604FA">
      <w:pPr>
        <w:spacing w:after="0" w:line="240" w:lineRule="auto"/>
      </w:pPr>
      <w:r>
        <w:separator/>
      </w:r>
    </w:p>
  </w:footnote>
  <w:footnote w:type="continuationSeparator" w:id="0">
    <w:p w14:paraId="080048B6" w14:textId="77777777" w:rsidR="006604FA" w:rsidRDefault="006604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53226957">
    <w:abstractNumId w:val="8"/>
  </w:num>
  <w:num w:numId="2" w16cid:durableId="1994335957">
    <w:abstractNumId w:val="6"/>
  </w:num>
  <w:num w:numId="3" w16cid:durableId="844857083">
    <w:abstractNumId w:val="5"/>
  </w:num>
  <w:num w:numId="4" w16cid:durableId="890459105">
    <w:abstractNumId w:val="4"/>
  </w:num>
  <w:num w:numId="5" w16cid:durableId="467863560">
    <w:abstractNumId w:val="7"/>
  </w:num>
  <w:num w:numId="6" w16cid:durableId="1731227798">
    <w:abstractNumId w:val="3"/>
  </w:num>
  <w:num w:numId="7" w16cid:durableId="1460492383">
    <w:abstractNumId w:val="2"/>
  </w:num>
  <w:num w:numId="8" w16cid:durableId="277445725">
    <w:abstractNumId w:val="1"/>
  </w:num>
  <w:num w:numId="9" w16cid:durableId="1705641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14ED5"/>
    <w:rsid w:val="0029639D"/>
    <w:rsid w:val="00326F90"/>
    <w:rsid w:val="006604FA"/>
    <w:rsid w:val="0092778B"/>
    <w:rsid w:val="00987E69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7A4C28"/>
  <w14:defaultImageDpi w14:val="300"/>
  <w15:docId w15:val="{7AFBD6AA-0A82-D34A-8F55-CEDB256A4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609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4075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Roberto Canali</cp:lastModifiedBy>
  <cp:revision>2</cp:revision>
  <dcterms:created xsi:type="dcterms:W3CDTF">2013-12-23T23:15:00Z</dcterms:created>
  <dcterms:modified xsi:type="dcterms:W3CDTF">2026-08-10T08:55:00Z</dcterms:modified>
  <cp:category/>
</cp:coreProperties>
</file>