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C4BCA" w14:textId="77777777" w:rsidR="00531E4E" w:rsidRDefault="00000000">
      <w:pPr>
        <w:spacing w:before="200" w:after="300"/>
        <w:jc w:val="center"/>
      </w:pPr>
      <w:r>
        <w:rPr>
          <w:rFonts w:ascii="Calibri" w:hAnsi="Calibri"/>
          <w:b/>
          <w:color w:val="1F4E79"/>
          <w:sz w:val="24"/>
        </w:rPr>
        <w:t>ALLEGATO 2.3 — MODELLO DI OFFERTA ECONOMICA</w:t>
      </w:r>
      <w:r>
        <w:rPr>
          <w:rFonts w:ascii="Calibri" w:hAnsi="Calibri"/>
          <w:b/>
          <w:color w:val="1F4E79"/>
          <w:sz w:val="24"/>
        </w:rPr>
        <w:br/>
      </w:r>
      <w:r>
        <w:rPr>
          <w:rFonts w:ascii="Calibri" w:hAnsi="Calibri"/>
          <w:b/>
          <w:color w:val="1F4E79"/>
          <w:sz w:val="20"/>
        </w:rPr>
        <w:t>(Da inserire nella Busta B - Offerta Economica per il LOTTO 3)</w:t>
      </w:r>
    </w:p>
    <w:p w14:paraId="3C64469F" w14:textId="77777777" w:rsidR="00531E4E" w:rsidRDefault="00000000" w:rsidP="003E3397">
      <w:pPr>
        <w:spacing w:after="300"/>
        <w:jc w:val="right"/>
      </w:pPr>
      <w:r>
        <w:rPr>
          <w:rFonts w:ascii="Calibri" w:hAnsi="Calibri"/>
          <w:b/>
          <w:sz w:val="20"/>
        </w:rPr>
        <w:t>Spett.le</w:t>
      </w:r>
      <w:r>
        <w:rPr>
          <w:rFonts w:ascii="Calibri" w:hAnsi="Calibri"/>
          <w:b/>
          <w:sz w:val="20"/>
        </w:rPr>
        <w:br/>
      </w:r>
      <w:r>
        <w:rPr>
          <w:rFonts w:ascii="Calibri" w:hAnsi="Calibri"/>
          <w:sz w:val="20"/>
        </w:rPr>
        <w:t>COMUNE DI FERENTINO</w:t>
      </w:r>
      <w:r>
        <w:rPr>
          <w:rFonts w:ascii="Calibri" w:hAnsi="Calibri"/>
          <w:sz w:val="20"/>
        </w:rPr>
        <w:br/>
        <w:t>Area Economico-Finanziaria / Ufficio Patrimonio</w:t>
      </w:r>
      <w:r>
        <w:rPr>
          <w:rFonts w:ascii="Calibri" w:hAnsi="Calibri"/>
          <w:sz w:val="20"/>
        </w:rPr>
        <w:br/>
        <w:t>Piazza Matteotti, 17 — 03013 Ferentino (FR)</w:t>
      </w:r>
      <w:r>
        <w:rPr>
          <w:rFonts w:ascii="Calibri" w:hAnsi="Calibri"/>
          <w:sz w:val="20"/>
        </w:rPr>
        <w:br/>
      </w:r>
    </w:p>
    <w:p w14:paraId="6DF60B1D" w14:textId="77777777" w:rsidR="00531E4E" w:rsidRDefault="00000000">
      <w:pPr>
        <w:spacing w:after="300"/>
      </w:pPr>
      <w:r>
        <w:rPr>
          <w:rFonts w:ascii="Calibri" w:hAnsi="Calibri"/>
          <w:b/>
          <w:sz w:val="20"/>
        </w:rPr>
        <w:t>OGGETTO: Offerta Economica per l'acquisto del bene immobile comunale denominato LOTTO 3 (Terreni in zona "Piscitelli", lungo la S.S. 6 Via Casilina). Base d'asta: € 7.210,00 (settemiladuecentodieci Euro).</w:t>
      </w:r>
    </w:p>
    <w:p w14:paraId="13155112" w14:textId="77777777" w:rsidR="00531E4E" w:rsidRDefault="00000000">
      <w:pPr>
        <w:spacing w:after="240"/>
      </w:pPr>
      <w:r>
        <w:rPr>
          <w:rFonts w:ascii="Calibri" w:hAnsi="Calibri"/>
        </w:rPr>
        <w:t>Il/La sottoscritto/a ____________________________________________________________________,</w:t>
      </w:r>
      <w:r>
        <w:rPr>
          <w:rFonts w:ascii="Calibri" w:hAnsi="Calibri"/>
        </w:rPr>
        <w:br/>
        <w:t>Codice Fiscale: _______________________________________________________________________,</w:t>
      </w:r>
      <w:r>
        <w:rPr>
          <w:rFonts w:ascii="Calibri" w:hAnsi="Calibri"/>
        </w:rPr>
        <w:br/>
        <w:t>in proprio / quale legale rappresentante della ditta/società/ente: _________________________</w:t>
      </w:r>
      <w:r>
        <w:rPr>
          <w:rFonts w:ascii="Calibri" w:hAnsi="Calibri"/>
        </w:rPr>
        <w:br/>
        <w:t>____________________________________________________________________________________,</w:t>
      </w:r>
    </w:p>
    <w:p w14:paraId="33D3EAD8" w14:textId="77777777" w:rsidR="00531E4E" w:rsidRDefault="00000000">
      <w:pPr>
        <w:spacing w:before="240" w:after="160"/>
        <w:jc w:val="center"/>
      </w:pPr>
      <w:r>
        <w:rPr>
          <w:rFonts w:ascii="Calibri" w:hAnsi="Calibri"/>
          <w:b/>
        </w:rPr>
        <w:t>OFFRE</w:t>
      </w:r>
    </w:p>
    <w:p w14:paraId="0530C509" w14:textId="77777777" w:rsidR="003E3397" w:rsidRDefault="00000000">
      <w:pPr>
        <w:spacing w:after="240"/>
        <w:jc w:val="both"/>
        <w:rPr>
          <w:rFonts w:ascii="Calibri" w:hAnsi="Calibri"/>
          <w:sz w:val="21"/>
        </w:rPr>
      </w:pPr>
      <w:r>
        <w:rPr>
          <w:rFonts w:ascii="Calibri" w:hAnsi="Calibri"/>
          <w:sz w:val="21"/>
        </w:rPr>
        <w:t xml:space="preserve">per l'acquisto a corpo del bene immobile di proprietà del Comune di Ferentino catastalmente individuato come LOTTO 3 (Terreni in zona "Piscitelli", lungo la S.S. 6 Via </w:t>
      </w:r>
      <w:proofErr w:type="spellStart"/>
      <w:r>
        <w:rPr>
          <w:rFonts w:ascii="Calibri" w:hAnsi="Calibri"/>
          <w:sz w:val="21"/>
        </w:rPr>
        <w:t>Casilina</w:t>
      </w:r>
      <w:proofErr w:type="spellEnd"/>
      <w:r>
        <w:rPr>
          <w:rFonts w:ascii="Calibri" w:hAnsi="Calibri"/>
          <w:sz w:val="21"/>
        </w:rPr>
        <w:t>):</w:t>
      </w:r>
    </w:p>
    <w:p w14:paraId="63E528FF" w14:textId="3B03A191" w:rsidR="00531E4E" w:rsidRDefault="00000000">
      <w:pPr>
        <w:spacing w:after="240"/>
        <w:jc w:val="both"/>
      </w:pPr>
      <w:r>
        <w:rPr>
          <w:rFonts w:ascii="Calibri" w:hAnsi="Calibri"/>
          <w:sz w:val="21"/>
        </w:rPr>
        <w:t xml:space="preserve">• </w:t>
      </w:r>
      <w:proofErr w:type="spellStart"/>
      <w:r>
        <w:rPr>
          <w:rFonts w:ascii="Calibri" w:hAnsi="Calibri"/>
          <w:sz w:val="21"/>
        </w:rPr>
        <w:t>Catasto</w:t>
      </w:r>
      <w:proofErr w:type="spellEnd"/>
      <w:r>
        <w:rPr>
          <w:rFonts w:ascii="Calibri" w:hAnsi="Calibri"/>
          <w:sz w:val="21"/>
        </w:rPr>
        <w:t xml:space="preserve"> Terreni del </w:t>
      </w:r>
      <w:proofErr w:type="spellStart"/>
      <w:r>
        <w:rPr>
          <w:rFonts w:ascii="Calibri" w:hAnsi="Calibri"/>
          <w:sz w:val="21"/>
        </w:rPr>
        <w:t>Comune</w:t>
      </w:r>
      <w:proofErr w:type="spellEnd"/>
      <w:r>
        <w:rPr>
          <w:rFonts w:ascii="Calibri" w:hAnsi="Calibri"/>
          <w:sz w:val="21"/>
        </w:rPr>
        <w:t xml:space="preserve"> di Ferentino al Foglio 18, Particella 473 (seminativo, classe 1, mq 1.485,00, RD € 9,20, RA € 7,67) e Foglio 18, Particella 474 (seminativo, classe 1, mq 1.399,00, RD € 8,67, RA € 7,23), per complessivi mq 2.884,00.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5760"/>
      </w:tblGrid>
      <w:tr w:rsidR="00531E4E" w14:paraId="2875B84E" w14:textId="77777777">
        <w:trPr>
          <w:jc w:val="center"/>
        </w:trPr>
        <w:tc>
          <w:tcPr>
            <w:tcW w:w="360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962B83E" w14:textId="77777777" w:rsidR="00531E4E" w:rsidRDefault="00000000">
            <w:pPr>
              <w:jc w:val="center"/>
            </w:pPr>
            <w:r>
              <w:rPr>
                <w:rFonts w:ascii="Calibri" w:hAnsi="Calibri"/>
                <w:b/>
                <w:sz w:val="20"/>
              </w:rPr>
              <w:t>Modalità dell'Offerta</w:t>
            </w:r>
          </w:p>
        </w:tc>
        <w:tc>
          <w:tcPr>
            <w:tcW w:w="576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B431B29" w14:textId="77777777" w:rsidR="00531E4E" w:rsidRDefault="00000000">
            <w:pPr>
              <w:jc w:val="center"/>
            </w:pPr>
            <w:r>
              <w:rPr>
                <w:rFonts w:ascii="Calibri" w:hAnsi="Calibri"/>
                <w:b/>
                <w:sz w:val="20"/>
              </w:rPr>
              <w:t>Indicazione dell'Offerta</w:t>
            </w:r>
          </w:p>
        </w:tc>
      </w:tr>
      <w:tr w:rsidR="00531E4E" w14:paraId="5BE78648" w14:textId="77777777">
        <w:trPr>
          <w:jc w:val="center"/>
        </w:trPr>
        <w:tc>
          <w:tcPr>
            <w:tcW w:w="360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72C5BF5" w14:textId="77777777" w:rsidR="00531E4E" w:rsidRDefault="00000000">
            <w:r>
              <w:rPr>
                <w:rFonts w:ascii="Calibri" w:hAnsi="Calibri"/>
                <w:b/>
                <w:sz w:val="19"/>
              </w:rPr>
              <w:t>Importo Complessivo Offerto</w:t>
            </w:r>
            <w:r>
              <w:rPr>
                <w:rFonts w:ascii="Calibri" w:hAnsi="Calibri"/>
                <w:b/>
                <w:sz w:val="19"/>
              </w:rPr>
              <w:br/>
              <w:t>(in aumento rispetto alla base d'asta)</w:t>
            </w:r>
          </w:p>
        </w:tc>
        <w:tc>
          <w:tcPr>
            <w:tcW w:w="576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BD094C2" w14:textId="2404CADA" w:rsidR="00531E4E" w:rsidRDefault="00000000">
            <w:r>
              <w:rPr>
                <w:rFonts w:ascii="Calibri" w:hAnsi="Calibri"/>
                <w:sz w:val="19"/>
              </w:rPr>
              <w:t>In cifre: € _______________________</w:t>
            </w:r>
            <w:proofErr w:type="gramStart"/>
            <w:r>
              <w:rPr>
                <w:rFonts w:ascii="Calibri" w:hAnsi="Calibri"/>
                <w:sz w:val="19"/>
              </w:rPr>
              <w:t>_,_</w:t>
            </w:r>
            <w:proofErr w:type="gramEnd"/>
            <w:r>
              <w:rPr>
                <w:rFonts w:ascii="Calibri" w:hAnsi="Calibri"/>
                <w:sz w:val="19"/>
              </w:rPr>
              <w:t>____</w:t>
            </w:r>
            <w:r>
              <w:rPr>
                <w:rFonts w:ascii="Calibri" w:hAnsi="Calibri"/>
                <w:sz w:val="19"/>
              </w:rPr>
              <w:br/>
            </w:r>
            <w:r>
              <w:rPr>
                <w:rFonts w:ascii="Calibri" w:hAnsi="Calibri"/>
                <w:sz w:val="19"/>
              </w:rPr>
              <w:br/>
              <w:t>In lettere: Euro ________________________________________________________________________________________________________________________________________/_____</w:t>
            </w:r>
          </w:p>
        </w:tc>
      </w:tr>
    </w:tbl>
    <w:p w14:paraId="5C174DA6" w14:textId="77777777" w:rsidR="00531E4E" w:rsidRDefault="00000000">
      <w:pPr>
        <w:spacing w:before="240" w:after="160"/>
      </w:pPr>
      <w:r>
        <w:rPr>
          <w:rFonts w:ascii="Calibri" w:hAnsi="Calibri"/>
          <w:b/>
          <w:sz w:val="21"/>
        </w:rPr>
        <w:t>OPPURE IN ALTERNATIVA:</w:t>
      </w:r>
    </w:p>
    <w:p w14:paraId="050ABCD0" w14:textId="549A2BF4" w:rsidR="00531E4E" w:rsidRDefault="00000000">
      <w:pPr>
        <w:spacing w:after="300"/>
        <w:ind w:left="288"/>
      </w:pPr>
      <w:r>
        <w:rPr>
          <w:rFonts w:ascii="Calibri" w:hAnsi="Calibri"/>
          <w:sz w:val="21"/>
        </w:rPr>
        <w:t xml:space="preserve">Un rialzo percentuale unico pari al __________ % (in </w:t>
      </w:r>
      <w:proofErr w:type="spellStart"/>
      <w:r>
        <w:rPr>
          <w:rFonts w:ascii="Calibri" w:hAnsi="Calibri"/>
          <w:sz w:val="21"/>
        </w:rPr>
        <w:t>lettere</w:t>
      </w:r>
      <w:proofErr w:type="spellEnd"/>
      <w:r>
        <w:rPr>
          <w:rFonts w:ascii="Calibri" w:hAnsi="Calibri"/>
          <w:sz w:val="21"/>
        </w:rPr>
        <w:t xml:space="preserve">: ____________________________________ </w:t>
      </w:r>
      <w:proofErr w:type="spellStart"/>
      <w:r>
        <w:rPr>
          <w:rFonts w:ascii="Calibri" w:hAnsi="Calibri"/>
          <w:sz w:val="21"/>
        </w:rPr>
        <w:t>percento</w:t>
      </w:r>
      <w:proofErr w:type="spellEnd"/>
      <w:r>
        <w:rPr>
          <w:rFonts w:ascii="Calibri" w:hAnsi="Calibri"/>
          <w:sz w:val="21"/>
        </w:rPr>
        <w:t>) rispetto al prezzo posto a base d'asta.</w:t>
      </w:r>
    </w:p>
    <w:p w14:paraId="288203DD" w14:textId="77777777" w:rsidR="003E3397" w:rsidRDefault="00000000">
      <w:p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Il </w:t>
      </w:r>
      <w:proofErr w:type="spellStart"/>
      <w:r>
        <w:rPr>
          <w:rFonts w:ascii="Calibri" w:hAnsi="Calibri"/>
          <w:sz w:val="20"/>
        </w:rPr>
        <w:t>sottoscritto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dichiara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espressamente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che</w:t>
      </w:r>
      <w:proofErr w:type="spellEnd"/>
      <w:r>
        <w:rPr>
          <w:rFonts w:ascii="Calibri" w:hAnsi="Calibri"/>
          <w:sz w:val="20"/>
        </w:rPr>
        <w:t>:</w:t>
      </w:r>
    </w:p>
    <w:p w14:paraId="5014A785" w14:textId="59FA4D43" w:rsidR="003E3397" w:rsidRDefault="00000000">
      <w:p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1. La presente offerta è fermamente vincolante e irrevocabile per un periodo di 180 giorni dalla data di </w:t>
      </w:r>
      <w:proofErr w:type="spellStart"/>
      <w:r>
        <w:rPr>
          <w:rFonts w:ascii="Calibri" w:hAnsi="Calibri"/>
          <w:sz w:val="20"/>
        </w:rPr>
        <w:t>espletamento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dell'asta</w:t>
      </w:r>
      <w:proofErr w:type="spellEnd"/>
      <w:r>
        <w:rPr>
          <w:rFonts w:ascii="Calibri" w:hAnsi="Calibri"/>
          <w:sz w:val="20"/>
        </w:rPr>
        <w:t>;</w:t>
      </w:r>
    </w:p>
    <w:p w14:paraId="0B5BC0A6" w14:textId="77777777" w:rsidR="003E3397" w:rsidRDefault="00000000">
      <w:p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lastRenderedPageBreak/>
        <w:br/>
        <w:t>2. In caso di difformità tra l'importo indicato in cifre e quello indicato in lettere, prevarrà l'indicazione più favorevole per l'Amministrazione Comunale (</w:t>
      </w:r>
      <w:proofErr w:type="spellStart"/>
      <w:r>
        <w:rPr>
          <w:rFonts w:ascii="Calibri" w:hAnsi="Calibri"/>
          <w:sz w:val="20"/>
        </w:rPr>
        <w:t>ovvero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l'importo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più</w:t>
      </w:r>
      <w:proofErr w:type="spellEnd"/>
      <w:r>
        <w:rPr>
          <w:rFonts w:ascii="Calibri" w:hAnsi="Calibri"/>
          <w:sz w:val="20"/>
        </w:rPr>
        <w:t xml:space="preserve"> alto);</w:t>
      </w:r>
    </w:p>
    <w:p w14:paraId="07FA336F" w14:textId="7272DC94" w:rsidR="00531E4E" w:rsidRDefault="00000000">
      <w:pPr>
        <w:jc w:val="both"/>
      </w:pPr>
      <w:r>
        <w:rPr>
          <w:rFonts w:ascii="Calibri" w:hAnsi="Calibri"/>
          <w:sz w:val="20"/>
        </w:rPr>
        <w:t>3. L'offerta non è condizionata, né sottoposta a termine o riserva alcuna.</w:t>
      </w:r>
    </w:p>
    <w:p w14:paraId="2493E1D2" w14:textId="29BEFBE1" w:rsidR="00531E4E" w:rsidRDefault="00000000">
      <w:pPr>
        <w:spacing w:before="500"/>
      </w:pPr>
      <w:r>
        <w:rPr>
          <w:rFonts w:ascii="Calibri" w:hAnsi="Calibri"/>
          <w:sz w:val="21"/>
        </w:rPr>
        <w:t>Luogo e Data: _________________________Firma leggibile e per esteso: _________________________</w:t>
      </w:r>
    </w:p>
    <w:sectPr w:rsidR="00531E4E" w:rsidSect="0003461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0C139" w14:textId="77777777" w:rsidR="00312034" w:rsidRDefault="00312034">
      <w:pPr>
        <w:spacing w:after="0" w:line="240" w:lineRule="auto"/>
      </w:pPr>
      <w:r>
        <w:separator/>
      </w:r>
    </w:p>
  </w:endnote>
  <w:endnote w:type="continuationSeparator" w:id="0">
    <w:p w14:paraId="0E68C78A" w14:textId="77777777" w:rsidR="00312034" w:rsidRDefault="00312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0892A" w14:textId="77777777" w:rsidR="00531E4E" w:rsidRDefault="00000000">
    <w:pPr>
      <w:pStyle w:val="Pidipagina"/>
      <w:jc w:val="center"/>
    </w:pPr>
    <w:proofErr w:type="spellStart"/>
    <w:r>
      <w:rPr>
        <w:rFonts w:ascii="Calibri" w:hAnsi="Calibri"/>
        <w:color w:val="808080"/>
        <w:sz w:val="18"/>
      </w:rPr>
      <w:t>Pagina</w:t>
    </w:r>
    <w:proofErr w:type="spellEnd"/>
    <w:r>
      <w:rPr>
        <w:rFonts w:ascii="Calibri" w:hAnsi="Calibri"/>
        <w:color w:val="808080"/>
        <w:sz w:val="18"/>
      </w:rPr>
      <w:t xml:space="preserve"> </w:t>
    </w:r>
    <w:r>
      <w:fldChar w:fldCharType="begin"/>
    </w:r>
    <w:r>
      <w:instrText>PAGE</w:instrText>
    </w:r>
    <w:r>
      <w:fldChar w:fldCharType="separate"/>
    </w:r>
    <w:r w:rsidR="003E3397">
      <w:rPr>
        <w:noProof/>
      </w:rPr>
      <w:t>1</w:t>
    </w:r>
    <w:r>
      <w:fldChar w:fldCharType="end"/>
    </w:r>
    <w:r>
      <w:rPr>
        <w:rFonts w:ascii="Calibri" w:hAnsi="Calibri"/>
        <w:color w:val="808080"/>
        <w:sz w:val="18"/>
      </w:rPr>
      <w:t xml:space="preserve"> di </w:t>
    </w:r>
    <w:r>
      <w:fldChar w:fldCharType="begin"/>
    </w:r>
    <w:r>
      <w:instrText>NUMPAGES</w:instrText>
    </w:r>
    <w:r>
      <w:fldChar w:fldCharType="separate"/>
    </w:r>
    <w:r w:rsidR="003E339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883B2" w14:textId="77777777" w:rsidR="00312034" w:rsidRDefault="00312034">
      <w:pPr>
        <w:spacing w:after="0" w:line="240" w:lineRule="auto"/>
      </w:pPr>
      <w:r>
        <w:separator/>
      </w:r>
    </w:p>
  </w:footnote>
  <w:footnote w:type="continuationSeparator" w:id="0">
    <w:p w14:paraId="366F3D81" w14:textId="77777777" w:rsidR="00312034" w:rsidRDefault="003120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23060586">
    <w:abstractNumId w:val="8"/>
  </w:num>
  <w:num w:numId="2" w16cid:durableId="1495796325">
    <w:abstractNumId w:val="6"/>
  </w:num>
  <w:num w:numId="3" w16cid:durableId="951788886">
    <w:abstractNumId w:val="5"/>
  </w:num>
  <w:num w:numId="4" w16cid:durableId="951934412">
    <w:abstractNumId w:val="4"/>
  </w:num>
  <w:num w:numId="5" w16cid:durableId="1205141815">
    <w:abstractNumId w:val="7"/>
  </w:num>
  <w:num w:numId="6" w16cid:durableId="338625430">
    <w:abstractNumId w:val="3"/>
  </w:num>
  <w:num w:numId="7" w16cid:durableId="32580533">
    <w:abstractNumId w:val="2"/>
  </w:num>
  <w:num w:numId="8" w16cid:durableId="1352340944">
    <w:abstractNumId w:val="1"/>
  </w:num>
  <w:num w:numId="9" w16cid:durableId="341855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12034"/>
    <w:rsid w:val="00326F90"/>
    <w:rsid w:val="003E3397"/>
    <w:rsid w:val="00531E4E"/>
    <w:rsid w:val="0092778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DABA96"/>
  <w14:defaultImageDpi w14:val="300"/>
  <w15:docId w15:val="{7AFBD6AA-0A82-D34A-8F55-CEDB256A4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Roberto Canali</cp:lastModifiedBy>
  <cp:revision>2</cp:revision>
  <dcterms:created xsi:type="dcterms:W3CDTF">2013-12-23T23:15:00Z</dcterms:created>
  <dcterms:modified xsi:type="dcterms:W3CDTF">2026-08-10T09:13:00Z</dcterms:modified>
  <cp:category/>
</cp:coreProperties>
</file>